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B8A4E" w14:textId="77777777" w:rsidR="00762713" w:rsidRDefault="00000000">
      <w:pPr>
        <w:jc w:val="center"/>
      </w:pPr>
      <w:r>
        <w:rPr>
          <w:b/>
        </w:rPr>
        <w:t>CỘNG HÒA XÃ HỘI CHỦ NGHĨA VIỆT NAM</w:t>
      </w:r>
      <w:r>
        <w:rPr>
          <w:b/>
        </w:rPr>
        <w:br/>
        <w:t>Độc lập - Tự do - Hạnh phúc</w:t>
      </w:r>
      <w:r>
        <w:rPr>
          <w:b/>
        </w:rPr>
        <w:br/>
        <w:t>-------------------</w:t>
      </w:r>
      <w:r>
        <w:rPr>
          <w:b/>
        </w:rPr>
        <w:br/>
      </w:r>
      <w:r>
        <w:rPr>
          <w:b/>
        </w:rPr>
        <w:br/>
      </w:r>
    </w:p>
    <w:p w14:paraId="1725BE76" w14:textId="735A7001" w:rsidR="00762713" w:rsidRDefault="00000000">
      <w:pPr>
        <w:jc w:val="center"/>
      </w:pPr>
      <w:r>
        <w:rPr>
          <w:b/>
          <w:color w:val="1A2B4C"/>
          <w:sz w:val="28"/>
        </w:rPr>
        <w:t>BẢN CAM KẾT TUÂN THỦ CHÍNH SÁCH QUÀ TẶNG</w:t>
      </w:r>
      <w:r>
        <w:rPr>
          <w:b/>
          <w:color w:val="1A2B4C"/>
          <w:sz w:val="28"/>
        </w:rPr>
        <w:br/>
      </w:r>
      <w:r>
        <w:rPr>
          <w:i/>
          <w:sz w:val="20"/>
        </w:rPr>
        <w:t xml:space="preserve">(Áp dụng cho toàn thể Cán bộ </w:t>
      </w:r>
      <w:r w:rsidR="0058595A">
        <w:rPr>
          <w:i/>
          <w:sz w:val="20"/>
        </w:rPr>
        <w:t>Nhân viên khách sạn Hotel de la Coupole</w:t>
      </w:r>
      <w:r>
        <w:rPr>
          <w:i/>
          <w:sz w:val="20"/>
        </w:rPr>
        <w:t>)</w:t>
      </w:r>
    </w:p>
    <w:tbl>
      <w:tblPr>
        <w:tblW w:w="10008" w:type="dxa"/>
        <w:tblLayout w:type="fixed"/>
        <w:tblLook w:val="04A0" w:firstRow="1" w:lastRow="0" w:firstColumn="1" w:lastColumn="0" w:noHBand="0" w:noVBand="1"/>
      </w:tblPr>
      <w:tblGrid>
        <w:gridCol w:w="2718"/>
        <w:gridCol w:w="7290"/>
      </w:tblGrid>
      <w:tr w:rsidR="00762713" w14:paraId="50869BD8" w14:textId="77777777" w:rsidTr="0058595A">
        <w:tc>
          <w:tcPr>
            <w:tcW w:w="2718" w:type="dxa"/>
          </w:tcPr>
          <w:p w14:paraId="1E086C8B" w14:textId="77777777" w:rsidR="00762713" w:rsidRDefault="00000000">
            <w:r>
              <w:rPr>
                <w:b/>
              </w:rPr>
              <w:t>Họ và tên nhân viên:</w:t>
            </w:r>
          </w:p>
        </w:tc>
        <w:tc>
          <w:tcPr>
            <w:tcW w:w="7290" w:type="dxa"/>
          </w:tcPr>
          <w:p w14:paraId="4438C266" w14:textId="752B7F9D" w:rsidR="00762713" w:rsidRDefault="00000000">
            <w:r>
              <w:t>.................................................................................</w:t>
            </w:r>
            <w:r w:rsidR="0058595A">
              <w:t>..........................................</w:t>
            </w:r>
          </w:p>
        </w:tc>
      </w:tr>
      <w:tr w:rsidR="00762713" w14:paraId="71F3D13B" w14:textId="77777777" w:rsidTr="0058595A">
        <w:tc>
          <w:tcPr>
            <w:tcW w:w="2718" w:type="dxa"/>
          </w:tcPr>
          <w:p w14:paraId="571590AC" w14:textId="77777777" w:rsidR="00762713" w:rsidRDefault="00000000">
            <w:r>
              <w:rPr>
                <w:b/>
              </w:rPr>
              <w:t>Mã số nhân viên:</w:t>
            </w:r>
          </w:p>
        </w:tc>
        <w:tc>
          <w:tcPr>
            <w:tcW w:w="7290" w:type="dxa"/>
          </w:tcPr>
          <w:p w14:paraId="715C0334" w14:textId="2E8BE0A8" w:rsidR="00762713" w:rsidRDefault="0058595A">
            <w:r>
              <w:t>...........................................................................................................................</w:t>
            </w:r>
          </w:p>
        </w:tc>
      </w:tr>
      <w:tr w:rsidR="00762713" w14:paraId="08D89C1A" w14:textId="77777777" w:rsidTr="0058595A">
        <w:tc>
          <w:tcPr>
            <w:tcW w:w="2718" w:type="dxa"/>
          </w:tcPr>
          <w:p w14:paraId="31AEC1A4" w14:textId="77777777" w:rsidR="00762713" w:rsidRDefault="00000000">
            <w:r>
              <w:rPr>
                <w:b/>
              </w:rPr>
              <w:t>Bộ phận/Phòng ban:</w:t>
            </w:r>
          </w:p>
        </w:tc>
        <w:tc>
          <w:tcPr>
            <w:tcW w:w="7290" w:type="dxa"/>
          </w:tcPr>
          <w:p w14:paraId="18477823" w14:textId="08C57C59" w:rsidR="00762713" w:rsidRDefault="0058595A">
            <w:r>
              <w:t>...........................................................................................................................</w:t>
            </w:r>
          </w:p>
        </w:tc>
      </w:tr>
      <w:tr w:rsidR="00762713" w14:paraId="75001704" w14:textId="77777777" w:rsidTr="0058595A">
        <w:tc>
          <w:tcPr>
            <w:tcW w:w="2718" w:type="dxa"/>
          </w:tcPr>
          <w:p w14:paraId="78E94C90" w14:textId="77777777" w:rsidR="00762713" w:rsidRDefault="00000000">
            <w:r>
              <w:rPr>
                <w:b/>
              </w:rPr>
              <w:t>Chức vụ:</w:t>
            </w:r>
          </w:p>
        </w:tc>
        <w:tc>
          <w:tcPr>
            <w:tcW w:w="7290" w:type="dxa"/>
          </w:tcPr>
          <w:p w14:paraId="292B1637" w14:textId="05F02819" w:rsidR="00762713" w:rsidRDefault="0058595A">
            <w:r>
              <w:t>...........................................................................................................................</w:t>
            </w:r>
          </w:p>
        </w:tc>
      </w:tr>
    </w:tbl>
    <w:p w14:paraId="722F2F53" w14:textId="77777777" w:rsidR="00762713" w:rsidRDefault="00000000">
      <w:r>
        <w:t xml:space="preserve">Sau khi đã được phổ biến, đọc và hiểu rõ toàn bộ nội dung của </w:t>
      </w:r>
      <w:r>
        <w:rPr>
          <w:b/>
        </w:rPr>
        <w:t>Chính sách Quà tặng thuộc Tập đoàn Accor</w:t>
      </w:r>
      <w:r>
        <w:t>, tôi tự nguyện ký bản cam kết này và nghiêm túc thực hiện các điều khoản sau đây:</w:t>
      </w:r>
    </w:p>
    <w:p w14:paraId="17377AF7" w14:textId="77777777" w:rsidR="00762713" w:rsidRDefault="00000000">
      <w:pPr>
        <w:spacing w:after="120"/>
      </w:pPr>
      <w:r>
        <w:rPr>
          <w:b/>
        </w:rPr>
        <w:t xml:space="preserve">1. Ý thức tuân thủ: </w:t>
      </w:r>
      <w:r>
        <w:t>Tôi cam kết nắm vững và tuân thủ tuyệt đối nguyên tắc cốt lõi của Tập đoàn: không tự ý nhận và không tự ý tặng quà trong các mối quan hệ hợp tác kinh doanh (B2B) nhằm mục đích trục lợi cá nhân hoặc gây ảnh hưởng đến tính khách quan của các quyết định kinh doanh.</w:t>
      </w:r>
    </w:p>
    <w:p w14:paraId="46751A4A" w14:textId="1F6D71C4" w:rsidR="00762713" w:rsidRDefault="00000000">
      <w:pPr>
        <w:spacing w:after="120"/>
      </w:pPr>
      <w:r>
        <w:rPr>
          <w:b/>
        </w:rPr>
        <w:t xml:space="preserve">2. Giới hạn giá trị và xử lý ngoại lệ: </w:t>
      </w:r>
      <w:r>
        <w:t>Tôi cam kết không nhận hoặc tặng các món quà vượt quá giá trị 30 € (hoặc hạn mức thấp hơn quy định tại khách sạn). Trong trường hợp nhận được quà tặng vượt định mức do yếu tố khách quan không thể từ chối tại chỗ, tôi cam kết sẽ bàn giao lại cho Bộ phận Nhân sự/Công đoàn/Quỹ Solidarity Accor hoặc xử lý theo đúng quy trình nội bộ của khách sạn; t</w:t>
      </w:r>
      <w:r w:rsidR="0058595A">
        <w:t>rong mọi trường hợp tôi</w:t>
      </w:r>
      <w:r>
        <w:t xml:space="preserve"> không giữ lại làm tài sản cá nhân.</w:t>
      </w:r>
    </w:p>
    <w:p w14:paraId="157E6A71" w14:textId="77777777" w:rsidR="00762713" w:rsidRDefault="00000000">
      <w:pPr>
        <w:spacing w:after="120"/>
      </w:pPr>
      <w:r>
        <w:rPr>
          <w:b/>
        </w:rPr>
        <w:t xml:space="preserve">3. Tính minh bạch và khai báo: </w:t>
      </w:r>
      <w:r>
        <w:t>Tôi cam kết thực hiện việc khai báo trung thực, đầy đủ và kịp thời mọi khoản quà tặng nhận được hoặc trao đi (nếu có) vào Hệ thống Sổ đăng ký quà tặng (Gifts Register) trên mạng nội bộ Tuân thủ theo đúng quy định.</w:t>
      </w:r>
    </w:p>
    <w:p w14:paraId="2DC6378F" w14:textId="74678C3A" w:rsidR="00762713" w:rsidRDefault="00000000">
      <w:pPr>
        <w:spacing w:after="120"/>
      </w:pPr>
      <w:r>
        <w:rPr>
          <w:b/>
        </w:rPr>
        <w:t xml:space="preserve">4. Quản lý lời mời: </w:t>
      </w:r>
      <w:r w:rsidR="00296155">
        <w:t>C</w:t>
      </w:r>
      <w:r w:rsidR="00296155" w:rsidRPr="00296155">
        <w:t>ác lời mời dùng bữa tại nhà hàng mang tính thường xuyên</w:t>
      </w:r>
      <w:r w:rsidR="00296155">
        <w:t xml:space="preserve">, </w:t>
      </w:r>
      <w:r w:rsidR="00296155" w:rsidRPr="00296155">
        <w:t>những lời mời này phải luôn phù hợp với hoàn cảnh và không được mang tính xa hoa hoặc quá mức</w:t>
      </w:r>
      <w:r w:rsidR="00296155">
        <w:t>.</w:t>
      </w:r>
    </w:p>
    <w:p w14:paraId="353365CC" w14:textId="08E47EE9" w:rsidR="00296155" w:rsidRDefault="00296155">
      <w:pPr>
        <w:spacing w:after="120"/>
        <w:rPr>
          <w:bCs/>
          <w:color w:val="131339"/>
        </w:rPr>
      </w:pPr>
      <w:r w:rsidRPr="00296155">
        <w:rPr>
          <w:bCs/>
          <w:color w:val="131339"/>
        </w:rPr>
        <w:t>Các lời mời theo nhóm</w:t>
      </w:r>
      <w:r w:rsidRPr="00296155">
        <w:rPr>
          <w:bCs/>
          <w:color w:val="131339"/>
        </w:rPr>
        <w:t xml:space="preserve"> </w:t>
      </w:r>
      <w:r w:rsidRPr="00296155">
        <w:rPr>
          <w:bCs/>
          <w:color w:val="131339"/>
        </w:rPr>
        <w:t>với mức chi phí hợp lý trên mỗi người</w:t>
      </w:r>
    </w:p>
    <w:p w14:paraId="5F02B9FE" w14:textId="4DD642DE" w:rsidR="00296155" w:rsidRDefault="00296155">
      <w:pPr>
        <w:spacing w:after="120"/>
        <w:rPr>
          <w:bCs/>
        </w:rPr>
      </w:pPr>
      <w:r w:rsidRPr="00296155">
        <w:rPr>
          <w:bCs/>
        </w:rPr>
        <w:t>Các lời mời tham dự sự kiện kinh doanh liên quan đến công việc của nhân viên</w:t>
      </w:r>
      <w:r>
        <w:rPr>
          <w:bCs/>
        </w:rPr>
        <w:t xml:space="preserve">, </w:t>
      </w:r>
      <w:r w:rsidRPr="00296155">
        <w:rPr>
          <w:bCs/>
        </w:rPr>
        <w:t>với điều kiện không bao gồm chi phí đi lại hoặc lưu trú</w:t>
      </w:r>
      <w:r>
        <w:rPr>
          <w:bCs/>
        </w:rPr>
        <w:t>…</w:t>
      </w:r>
    </w:p>
    <w:p w14:paraId="1CB7740F" w14:textId="311AA6A7" w:rsidR="00296155" w:rsidRPr="00296155" w:rsidRDefault="00296155">
      <w:pPr>
        <w:spacing w:after="120"/>
        <w:rPr>
          <w:bCs/>
        </w:rPr>
      </w:pPr>
      <w:r w:rsidRPr="00296155">
        <w:rPr>
          <w:bCs/>
        </w:rPr>
        <w:t>Các lời mời thông thường tham dự sự kiện văn hóa hoặc thể thao, sau khi được quản lý phê duyệt, với điều kiện không bao gồm chi phí đi lại hoặc lưu trú</w:t>
      </w:r>
    </w:p>
    <w:p w14:paraId="284E3FDE" w14:textId="2F0A1BAE" w:rsidR="00762713" w:rsidRDefault="00000000" w:rsidP="00C40858">
      <w:pPr>
        <w:spacing w:after="120"/>
      </w:pPr>
      <w:r>
        <w:rPr>
          <w:b/>
        </w:rPr>
        <w:t xml:space="preserve">5. Các hành vi nghiêm cấm: </w:t>
      </w:r>
      <w:r>
        <w:t xml:space="preserve">Tôi cam kết </w:t>
      </w:r>
      <w:r w:rsidR="00C40858">
        <w:t>Trong mọi trường hợp, việc tặng quà cho công chức, viên chức nhà nước; và việc tặng quà cho thành viên gia đình của nhân viên hoặc người đại diện của bên đối tác đều bị nghiêm cấm</w:t>
      </w:r>
      <w:r>
        <w:t>.</w:t>
      </w:r>
    </w:p>
    <w:p w14:paraId="5CF4F619" w14:textId="77777777" w:rsidR="00762713" w:rsidRDefault="00000000">
      <w:pPr>
        <w:spacing w:after="120"/>
      </w:pPr>
      <w:r>
        <w:rPr>
          <w:b/>
        </w:rPr>
        <w:t xml:space="preserve">6. Trách nhiệm cá nhân: </w:t>
      </w:r>
      <w:r>
        <w:t xml:space="preserve">Tôi hiểu rõ rằng việc tuân thủ chính sách này là một phần bắt buộc trong văn hóa làm việc chuyên nghiệp của Tập đoàn Accor. Nếu vi phạm bất kỳ điều khoản nào trong chính sách </w:t>
      </w:r>
      <w:r>
        <w:lastRenderedPageBreak/>
        <w:t>này, tôi xin hoàn toàn chịu trách nhiệm trước Ban Giám đốc và chịu các hình thức kỷ luật theo nội quy lao động của khách sạn và quy định của pháp luật hiện hành.</w:t>
      </w:r>
    </w:p>
    <w:p w14:paraId="3C91FDBD" w14:textId="02C3061D" w:rsidR="00762713" w:rsidRDefault="0058595A">
      <w:pPr>
        <w:spacing w:before="360"/>
        <w:jc w:val="right"/>
      </w:pPr>
      <w:r>
        <w:rPr>
          <w:i/>
        </w:rPr>
        <w:t>Sa Pa</w:t>
      </w:r>
      <w:r w:rsidR="00000000">
        <w:rPr>
          <w:i/>
        </w:rPr>
        <w:t xml:space="preserve">, </w:t>
      </w:r>
      <w:r>
        <w:rPr>
          <w:i/>
        </w:rPr>
        <w:t>n</w:t>
      </w:r>
      <w:r w:rsidR="00000000">
        <w:rPr>
          <w:i/>
        </w:rPr>
        <w:t>gày ...... tháng ...... năm 20...</w:t>
      </w:r>
    </w:p>
    <w:tbl>
      <w:tblPr>
        <w:tblW w:w="0" w:type="auto"/>
        <w:tblLayout w:type="fixed"/>
        <w:tblLook w:val="04A0" w:firstRow="1" w:lastRow="0" w:firstColumn="1" w:lastColumn="0" w:noHBand="0" w:noVBand="1"/>
      </w:tblPr>
      <w:tblGrid>
        <w:gridCol w:w="4680"/>
        <w:gridCol w:w="4680"/>
      </w:tblGrid>
      <w:tr w:rsidR="00762713" w14:paraId="4E93F0A9" w14:textId="77777777">
        <w:tc>
          <w:tcPr>
            <w:tcW w:w="4680" w:type="dxa"/>
          </w:tcPr>
          <w:p w14:paraId="47C021A3" w14:textId="77777777" w:rsidR="00762713" w:rsidRDefault="00000000">
            <w:pPr>
              <w:jc w:val="center"/>
            </w:pPr>
            <w:r>
              <w:rPr>
                <w:b/>
              </w:rPr>
              <w:t>ĐẠI DIỆN BỘ PHẬN NHÂN SỰ</w:t>
            </w:r>
            <w:r>
              <w:rPr>
                <w:b/>
              </w:rPr>
              <w:br/>
            </w:r>
            <w:r>
              <w:rPr>
                <w:i/>
                <w:sz w:val="18"/>
              </w:rPr>
              <w:t>(Ký và ghi rõ họ tên)</w:t>
            </w:r>
          </w:p>
        </w:tc>
        <w:tc>
          <w:tcPr>
            <w:tcW w:w="4680" w:type="dxa"/>
          </w:tcPr>
          <w:p w14:paraId="30D74C39" w14:textId="77777777" w:rsidR="00762713" w:rsidRDefault="00000000">
            <w:pPr>
              <w:jc w:val="center"/>
            </w:pPr>
            <w:r>
              <w:rPr>
                <w:b/>
              </w:rPr>
              <w:t>NHÂN VIÊN CAM KẾT</w:t>
            </w:r>
            <w:r>
              <w:rPr>
                <w:b/>
              </w:rPr>
              <w:br/>
            </w:r>
            <w:r>
              <w:rPr>
                <w:i/>
                <w:sz w:val="18"/>
              </w:rPr>
              <w:t>(Ký và ghi rõ họ tên)</w:t>
            </w:r>
          </w:p>
        </w:tc>
      </w:tr>
      <w:tr w:rsidR="00762713" w14:paraId="47B03359" w14:textId="77777777">
        <w:tc>
          <w:tcPr>
            <w:tcW w:w="4680" w:type="dxa"/>
          </w:tcPr>
          <w:p w14:paraId="1C8467F3" w14:textId="73E1DF7E" w:rsidR="00762713" w:rsidRPr="0058595A" w:rsidRDefault="0058595A" w:rsidP="0058595A">
            <w:pPr>
              <w:spacing w:before="1200"/>
              <w:jc w:val="center"/>
              <w:rPr>
                <w:b/>
                <w:bCs/>
              </w:rPr>
            </w:pPr>
            <w:r w:rsidRPr="0058595A">
              <w:rPr>
                <w:b/>
                <w:bCs/>
              </w:rPr>
              <w:t>Trần Anh Trường</w:t>
            </w:r>
          </w:p>
        </w:tc>
        <w:tc>
          <w:tcPr>
            <w:tcW w:w="4680" w:type="dxa"/>
          </w:tcPr>
          <w:p w14:paraId="1E94A5FA" w14:textId="77777777" w:rsidR="00762713" w:rsidRDefault="00762713">
            <w:pPr>
              <w:spacing w:before="1200"/>
            </w:pPr>
          </w:p>
        </w:tc>
      </w:tr>
    </w:tbl>
    <w:p w14:paraId="4DAEBAC4" w14:textId="77777777" w:rsidR="002341BE" w:rsidRDefault="002341BE"/>
    <w:sectPr w:rsidR="002341BE"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47796513">
    <w:abstractNumId w:val="8"/>
  </w:num>
  <w:num w:numId="2" w16cid:durableId="1087269013">
    <w:abstractNumId w:val="6"/>
  </w:num>
  <w:num w:numId="3" w16cid:durableId="750157486">
    <w:abstractNumId w:val="5"/>
  </w:num>
  <w:num w:numId="4" w16cid:durableId="533691615">
    <w:abstractNumId w:val="4"/>
  </w:num>
  <w:num w:numId="5" w16cid:durableId="1313023817">
    <w:abstractNumId w:val="7"/>
  </w:num>
  <w:num w:numId="6" w16cid:durableId="1765570798">
    <w:abstractNumId w:val="3"/>
  </w:num>
  <w:num w:numId="7" w16cid:durableId="2083092331">
    <w:abstractNumId w:val="2"/>
  </w:num>
  <w:num w:numId="8" w16cid:durableId="2045133836">
    <w:abstractNumId w:val="1"/>
  </w:num>
  <w:num w:numId="9" w16cid:durableId="374237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341BE"/>
    <w:rsid w:val="00296155"/>
    <w:rsid w:val="0029639D"/>
    <w:rsid w:val="00326F90"/>
    <w:rsid w:val="0058595A"/>
    <w:rsid w:val="00762713"/>
    <w:rsid w:val="00AA1D8D"/>
    <w:rsid w:val="00B03456"/>
    <w:rsid w:val="00B47730"/>
    <w:rsid w:val="00C4085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52EF55"/>
  <w14:defaultImageDpi w14:val="300"/>
  <w15:docId w15:val="{3D72DA28-A1B7-474B-8D46-7026E11D0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472</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Truong Tran</cp:lastModifiedBy>
  <cp:revision>2</cp:revision>
  <dcterms:created xsi:type="dcterms:W3CDTF">2013-12-23T23:15:00Z</dcterms:created>
  <dcterms:modified xsi:type="dcterms:W3CDTF">2026-05-23T05:04:00Z</dcterms:modified>
  <cp:category/>
</cp:coreProperties>
</file>